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2A44"/>
          <w:sz w:val="44"/>
        </w:rPr>
        <w:t>What to Have Ready — Employment</w:t>
      </w:r>
    </w:p>
    <w:p>
      <w:pPr>
        <w:jc w:val="center"/>
      </w:pPr>
      <w:r>
        <w:rPr>
          <w:i/>
          <w:color w:val="555555"/>
          <w:sz w:val="22"/>
        </w:rPr>
        <w:t>Documents you can upload to ImmigrationUSA — Employment petition (PERM / Form I-140)</w:t>
      </w:r>
    </w:p>
    <w:p/>
    <w:p>
      <w:r>
        <w:t>Employment cases (PERM labor certification and Form I-140) rest on three things: the employer can pay the wage, the job was properly advertised, and the worker truly has the required education and experience. Gather what you can — ImmigrationUSA reads each document and fills the details in for you. You can add items over time; nothing is filed until you review and approve it.</w:t>
      </w:r>
    </w:p>
    <w:p/>
    <w:p>
      <w:pPr>
        <w:pStyle w:val="Heading1"/>
      </w:pPr>
      <w:r>
        <w:rPr>
          <w:color w:val="1F2A44"/>
          <w:sz w:val="26"/>
        </w:rPr>
        <w:t>A. Employer / sponsoring company (the business filing the petition)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Company registration / incorporation papers &amp; IRS EIN (FEIN) letter</w:t>
            </w:r>
          </w:p>
        </w:tc>
        <w:tc>
          <w:tcPr>
            <w:tcW w:type="dxa" w:w="4320"/>
          </w:tcPr>
          <w:p>
            <w:r>
              <w:t>Legal company name, FEIN, principal address, year established</w:t>
            </w:r>
          </w:p>
        </w:tc>
      </w:tr>
      <w:tr>
        <w:tc>
          <w:tcPr>
            <w:tcW w:type="dxa" w:w="4320"/>
          </w:tcPr>
          <w:p>
            <w:r>
              <w:t>Most recent federal business tax return, audited financials, or annual report</w:t>
            </w:r>
          </w:p>
        </w:tc>
        <w:tc>
          <w:tcPr>
            <w:tcW w:type="dxa" w:w="4320"/>
          </w:tcPr>
          <w:p>
            <w:r>
              <w:t>Ability to pay the offered wage; gross &amp; net income; number of employees</w:t>
            </w:r>
          </w:p>
        </w:tc>
      </w:tr>
      <w:tr>
        <w:tc>
          <w:tcPr>
            <w:tcW w:type="dxa" w:w="4320"/>
          </w:tcPr>
          <w:p>
            <w:r>
              <w:t>Company website &amp; About / Careers page link</w:t>
            </w:r>
          </w:p>
        </w:tc>
        <w:tc>
          <w:tcPr>
            <w:tcW w:type="dxa" w:w="4320"/>
          </w:tcPr>
          <w:p>
            <w:r>
              <w:t>Business description, industry (NAICS), locations</w:t>
            </w:r>
          </w:p>
        </w:tc>
      </w:tr>
      <w:tr>
        <w:tc>
          <w:tcPr>
            <w:tcW w:type="dxa" w:w="4320"/>
          </w:tcPr>
          <w:p>
            <w:r>
              <w:t>Recent payroll records or the worker's pay stubs (if already employed)</w:t>
            </w:r>
          </w:p>
        </w:tc>
        <w:tc>
          <w:tcPr>
            <w:tcW w:type="dxa" w:w="4320"/>
          </w:tcPr>
          <w:p>
            <w:r>
              <w:t>Current wage paid to the beneficiary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B. The job &amp; recruitment (PERM labor certification)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Links to the company's job postings (careers page or job-board URLs)</w:t>
            </w:r>
          </w:p>
        </w:tc>
        <w:tc>
          <w:tcPr>
            <w:tcW w:type="dxa" w:w="4320"/>
          </w:tcPr>
          <w:p>
            <w:r>
              <w:t>Where and when the role was advertised</w:t>
            </w:r>
          </w:p>
        </w:tc>
      </w:tr>
      <w:tr>
        <w:tc>
          <w:tcPr>
            <w:tcW w:type="dxa" w:w="4320"/>
          </w:tcPr>
          <w:p>
            <w:r>
              <w:t>Printed / hard-copy Notice of Filing (the internal posting)</w:t>
            </w:r>
          </w:p>
        </w:tc>
        <w:tc>
          <w:tcPr>
            <w:tcW w:type="dxa" w:w="4320"/>
          </w:tcPr>
          <w:p>
            <w:r>
              <w:t>Internal-posting compliance, dates posted</w:t>
            </w:r>
          </w:p>
        </w:tc>
      </w:tr>
      <w:tr>
        <w:tc>
          <w:tcPr>
            <w:tcW w:type="dxa" w:w="4320"/>
          </w:tcPr>
          <w:p>
            <w:r>
              <w:t>Electronic descriptions of the available job(s) / job-order postings</w:t>
            </w:r>
          </w:p>
        </w:tc>
        <w:tc>
          <w:tcPr>
            <w:tcW w:type="dxa" w:w="4320"/>
          </w:tcPr>
          <w:p>
            <w:r>
              <w:t>Job title, duties, minimum requirements</w:t>
            </w:r>
          </w:p>
        </w:tc>
      </w:tr>
      <w:tr>
        <w:tc>
          <w:tcPr>
            <w:tcW w:type="dxa" w:w="4320"/>
          </w:tcPr>
          <w:p>
            <w:r>
              <w:t>Newspaper or trade-journal recruitment ads</w:t>
            </w:r>
          </w:p>
        </w:tc>
        <w:tc>
          <w:tcPr>
            <w:tcW w:type="dxa" w:w="4320"/>
          </w:tcPr>
          <w:p>
            <w:r>
              <w:t>Additional recruitment steps and dates</w:t>
            </w:r>
          </w:p>
        </w:tc>
      </w:tr>
      <w:tr>
        <w:tc>
          <w:tcPr>
            <w:tcW w:type="dxa" w:w="4320"/>
          </w:tcPr>
          <w:p>
            <w:r>
              <w:t>Prevailing Wage Determination (ETA-9141), if you have it</w:t>
            </w:r>
          </w:p>
        </w:tc>
        <w:tc>
          <w:tcPr>
            <w:tcW w:type="dxa" w:w="4320"/>
          </w:tcPr>
          <w:p>
            <w:r>
              <w:t>Wage level, occupation code, validity dates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C. The foreign worker / beneficiary (proof of qualifications)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Foreign passport (photo page)</w:t>
            </w:r>
          </w:p>
        </w:tc>
        <w:tc>
          <w:tcPr>
            <w:tcW w:type="dxa" w:w="4320"/>
          </w:tcPr>
          <w:p>
            <w:r>
              <w:t>Name, date of birth, nationality, passport number</w:t>
            </w:r>
          </w:p>
        </w:tc>
      </w:tr>
      <w:tr>
        <w:tc>
          <w:tcPr>
            <w:tcW w:type="dxa" w:w="4320"/>
          </w:tcPr>
          <w:p>
            <w:r>
              <w:t>Resume / CV</w:t>
            </w:r>
          </w:p>
        </w:tc>
        <w:tc>
          <w:tcPr>
            <w:tcW w:type="dxa" w:w="4320"/>
          </w:tcPr>
          <w:p>
            <w:r>
              <w:t>Full work history, job titles, dates, skills</w:t>
            </w:r>
          </w:p>
        </w:tc>
      </w:tr>
      <w:tr>
        <w:tc>
          <w:tcPr>
            <w:tcW w:type="dxa" w:w="4320"/>
          </w:tcPr>
          <w:p>
            <w:r>
              <w:t>Diplomas / degrees</w:t>
            </w:r>
          </w:p>
        </w:tc>
        <w:tc>
          <w:tcPr>
            <w:tcW w:type="dxa" w:w="4320"/>
          </w:tcPr>
          <w:p>
            <w:r>
              <w:t>Degree earned, institution, graduation date</w:t>
            </w:r>
          </w:p>
        </w:tc>
      </w:tr>
      <w:tr>
        <w:tc>
          <w:tcPr>
            <w:tcW w:type="dxa" w:w="4320"/>
          </w:tcPr>
          <w:p>
            <w:r>
              <w:t>Academic transcripts</w:t>
            </w:r>
          </w:p>
        </w:tc>
        <w:tc>
          <w:tcPr>
            <w:tcW w:type="dxa" w:w="4320"/>
          </w:tcPr>
          <w:p>
            <w:r>
              <w:t>Coursework, major, field of study</w:t>
            </w:r>
          </w:p>
        </w:tc>
      </w:tr>
      <w:tr>
        <w:tc>
          <w:tcPr>
            <w:tcW w:type="dxa" w:w="4320"/>
          </w:tcPr>
          <w:p>
            <w:r>
              <w:t>Professional certificates &amp; licenses</w:t>
            </w:r>
          </w:p>
        </w:tc>
        <w:tc>
          <w:tcPr>
            <w:tcW w:type="dxa" w:w="4320"/>
          </w:tcPr>
          <w:p>
            <w:r>
              <w:t>Credentials relevant to the offered role</w:t>
            </w:r>
          </w:p>
        </w:tc>
      </w:tr>
      <w:tr>
        <w:tc>
          <w:tcPr>
            <w:tcW w:type="dxa" w:w="4320"/>
          </w:tcPr>
          <w:p>
            <w:r>
              <w:t>Academic equivalency / credential evaluation</w:t>
            </w:r>
          </w:p>
        </w:tc>
        <w:tc>
          <w:tcPr>
            <w:tcW w:type="dxa" w:w="4320"/>
          </w:tcPr>
          <w:p>
            <w:r>
              <w:t>U.S.-equivalent education for foreign degrees</w:t>
            </w:r>
          </w:p>
        </w:tc>
      </w:tr>
      <w:tr>
        <w:tc>
          <w:tcPr>
            <w:tcW w:type="dxa" w:w="4320"/>
          </w:tcPr>
          <w:p>
            <w:r>
              <w:t>Experience &amp; reference letters from prior employers</w:t>
            </w:r>
          </w:p>
        </w:tc>
        <w:tc>
          <w:tcPr>
            <w:tcW w:type="dxa" w:w="4320"/>
          </w:tcPr>
          <w:p>
            <w:r>
              <w:t>Qualifying experience, job titles, dates, duties</w:t>
            </w:r>
          </w:p>
        </w:tc>
      </w:tr>
      <w:tr>
        <w:tc>
          <w:tcPr>
            <w:tcW w:type="dxa" w:w="4320"/>
          </w:tcPr>
          <w:p>
            <w:r>
              <w:t>Current U.S. status documents — I-94, visa, I-797, EAD (if in the U.S.)</w:t>
            </w:r>
          </w:p>
        </w:tc>
        <w:tc>
          <w:tcPr>
            <w:tcW w:type="dxa" w:w="4320"/>
          </w:tcPr>
          <w:p>
            <w:r>
              <w:t>A-Number, current status, authorized stay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What you'll simply answer (no document needed)</w:t>
      </w:r>
    </w:p>
    <w:p>
      <w:r>
        <w:t>Some details are simply entered in the questionnaire rather than pulled from a document: the exact job duties and minimum requirements, the offered wage, the worksite address(es), and the number of positions.</w:t>
      </w:r>
    </w:p>
    <w:p/>
    <w:p>
      <w:r>
        <w:rPr>
          <w:i/>
          <w:color w:val="059669"/>
        </w:rPr>
        <w:t>Focus here first: the worker's credentials (resume, diplomas, transcripts, equivalency evaluation, and experience letters) and the recruitment records (job postings, the printed notice, and ads). Those are what prove the case — the employer financials round it out.</w:t>
      </w:r>
    </w:p>
    <w:p/>
    <w:p>
      <w:pPr>
        <w:jc w:val="center"/>
      </w:pPr>
      <w:r>
        <w:rPr>
          <w:color w:val="555555"/>
          <w:sz w:val="16"/>
        </w:rPr>
        <w:t>ImmigrationUSA is an independent private service and is not a law firm. You review and approve everything before filing. · September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