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2A44"/>
          <w:sz w:val="44"/>
        </w:rPr>
        <w:t>What to Have Ready</w:t>
      </w:r>
    </w:p>
    <w:p>
      <w:pPr>
        <w:jc w:val="center"/>
      </w:pPr>
      <w:r>
        <w:rPr>
          <w:i/>
          <w:color w:val="555555"/>
          <w:sz w:val="22"/>
        </w:rPr>
        <w:t>Documents you can upload to ImmigrationUSA — Family petition (I-130, I-130A, DS-260, I-864)</w:t>
      </w:r>
    </w:p>
    <w:p/>
    <w:p>
      <w:r>
        <w:t>This is the short list of everyday documents to have ready before you start. You do not need all of them, and you do not need them on day one — you can add documents whenever you get them. ImmigrationUSA reads each document you upload and fills your forms for you, so you review instead of retype. If you don't have a document, you can simply answer a few questions instead.</w:t>
      </w:r>
    </w:p>
    <w:p/>
    <w:p>
      <w:pPr>
        <w:pStyle w:val="Heading1"/>
      </w:pPr>
      <w:r>
        <w:rPr>
          <w:color w:val="1F2A44"/>
          <w:sz w:val="26"/>
        </w:rPr>
        <w:t>A. Petitioner (the U.S. citizen or green-card sponsor)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U.S. passport (photo page) or passport card</w:t>
            </w:r>
          </w:p>
        </w:tc>
        <w:tc>
          <w:tcPr>
            <w:tcW w:type="dxa" w:w="4320"/>
          </w:tcPr>
          <w:p>
            <w:r>
              <w:t>Name, date of birth, place of birth, sex, citizenship, passport number</w:t>
            </w:r>
          </w:p>
        </w:tc>
      </w:tr>
      <w:tr>
        <w:tc>
          <w:tcPr>
            <w:tcW w:type="dxa" w:w="4320"/>
          </w:tcPr>
          <w:p>
            <w:r>
              <w:t>U.S. birth certificate</w:t>
            </w:r>
          </w:p>
        </w:tc>
        <w:tc>
          <w:tcPr>
            <w:tcW w:type="dxa" w:w="4320"/>
          </w:tcPr>
          <w:p>
            <w:r>
              <w:t>Name, date of birth, city/country of birth, parents' names</w:t>
            </w:r>
          </w:p>
        </w:tc>
      </w:tr>
      <w:tr>
        <w:tc>
          <w:tcPr>
            <w:tcW w:type="dxa" w:w="4320"/>
          </w:tcPr>
          <w:p>
            <w:r>
              <w:t>Naturalization or Citizenship certificate</w:t>
            </w:r>
          </w:p>
        </w:tc>
        <w:tc>
          <w:tcPr>
            <w:tcW w:type="dxa" w:w="4320"/>
          </w:tcPr>
          <w:p>
            <w:r>
              <w:t>Citizenship basis, certificate number, date and place of naturalization</w:t>
            </w:r>
          </w:p>
        </w:tc>
      </w:tr>
      <w:tr>
        <w:tc>
          <w:tcPr>
            <w:tcW w:type="dxa" w:w="4320"/>
          </w:tcPr>
          <w:p>
            <w:r>
              <w:t>Green Card (front &amp; back)</w:t>
            </w:r>
          </w:p>
        </w:tc>
        <w:tc>
          <w:tcPr>
            <w:tcW w:type="dxa" w:w="4320"/>
          </w:tcPr>
          <w:p>
            <w:r>
              <w:t>A-Number, card number, resident-since date, name, date of birth</w:t>
            </w:r>
          </w:p>
        </w:tc>
      </w:tr>
      <w:tr>
        <w:tc>
          <w:tcPr>
            <w:tcW w:type="dxa" w:w="4320"/>
          </w:tcPr>
          <w:p>
            <w:r>
              <w:t>Social Security card</w:t>
            </w:r>
          </w:p>
        </w:tc>
        <w:tc>
          <w:tcPr>
            <w:tcW w:type="dxa" w:w="4320"/>
          </w:tcPr>
          <w:p>
            <w:r>
              <w:t>Social Security number</w:t>
            </w:r>
          </w:p>
        </w:tc>
      </w:tr>
      <w:tr>
        <w:tc>
          <w:tcPr>
            <w:tcW w:type="dxa" w:w="4320"/>
          </w:tcPr>
          <w:p>
            <w:r>
              <w:t>Driver's license or state ID</w:t>
            </w:r>
          </w:p>
        </w:tc>
        <w:tc>
          <w:tcPr>
            <w:tcW w:type="dxa" w:w="4320"/>
          </w:tcPr>
          <w:p>
            <w:r>
              <w:t>Name, current address, date of birth</w:t>
            </w:r>
          </w:p>
        </w:tc>
      </w:tr>
      <w:tr>
        <w:tc>
          <w:tcPr>
            <w:tcW w:type="dxa" w:w="4320"/>
          </w:tcPr>
          <w:p>
            <w:r>
              <w:t>A recent utility bill, lease, or bank statement</w:t>
            </w:r>
          </w:p>
        </w:tc>
        <w:tc>
          <w:tcPr>
            <w:tcW w:type="dxa" w:w="4320"/>
          </w:tcPr>
          <w:p>
            <w:r>
              <w:t>Current mailing and physical address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B. Beneficiary (the relative being petitioned)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Foreign passport (photo page)</w:t>
            </w:r>
          </w:p>
        </w:tc>
        <w:tc>
          <w:tcPr>
            <w:tcW w:type="dxa" w:w="4320"/>
          </w:tcPr>
          <w:p>
            <w:r>
              <w:t>Name, date of birth, sex, place of birth, nationality, passport number, issue &amp; expiry dates</w:t>
            </w:r>
          </w:p>
        </w:tc>
      </w:tr>
      <w:tr>
        <w:tc>
          <w:tcPr>
            <w:tcW w:type="dxa" w:w="4320"/>
          </w:tcPr>
          <w:p>
            <w:r>
              <w:t>Birth certificate</w:t>
            </w:r>
          </w:p>
        </w:tc>
        <w:tc>
          <w:tcPr>
            <w:tcW w:type="dxa" w:w="4320"/>
          </w:tcPr>
          <w:p>
            <w:r>
              <w:t>Full name, date of birth, place of birth, and parents' names, dates &amp; places of birth</w:t>
            </w:r>
          </w:p>
        </w:tc>
      </w:tr>
      <w:tr>
        <w:tc>
          <w:tcPr>
            <w:tcW w:type="dxa" w:w="4320"/>
          </w:tcPr>
          <w:p>
            <w:r>
              <w:t>National ID card</w:t>
            </w:r>
          </w:p>
        </w:tc>
        <w:tc>
          <w:tcPr>
            <w:tcW w:type="dxa" w:w="4320"/>
          </w:tcPr>
          <w:p>
            <w:r>
              <w:t>National identification number, name, date of birth</w:t>
            </w:r>
          </w:p>
        </w:tc>
      </w:tr>
      <w:tr>
        <w:tc>
          <w:tcPr>
            <w:tcW w:type="dxa" w:w="4320"/>
          </w:tcPr>
          <w:p>
            <w:r>
              <w:t>Any prior or additional passports</w:t>
            </w:r>
          </w:p>
        </w:tc>
        <w:tc>
          <w:tcPr>
            <w:tcW w:type="dxa" w:w="4320"/>
          </w:tcPr>
          <w:p>
            <w:r>
              <w:t>Other nationalities and other names used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C. Relationship proof (spouse cases)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Marriage certificate</w:t>
            </w:r>
          </w:p>
        </w:tc>
        <w:tc>
          <w:tcPr>
            <w:tcW w:type="dxa" w:w="4320"/>
          </w:tcPr>
          <w:p>
            <w:r>
              <w:t>Date and place of marriage</w:t>
            </w:r>
          </w:p>
        </w:tc>
      </w:tr>
      <w:tr>
        <w:tc>
          <w:tcPr>
            <w:tcW w:type="dxa" w:w="4320"/>
          </w:tcPr>
          <w:p>
            <w:r>
              <w:t>Divorce decree, annulment, or death certificate (any prior spouse)</w:t>
            </w:r>
          </w:p>
        </w:tc>
        <w:tc>
          <w:tcPr>
            <w:tcW w:type="dxa" w:w="4320"/>
          </w:tcPr>
          <w:p>
            <w:r>
              <w:t>Prior-marriage name, how and when the marriage ended</w:t>
            </w:r>
          </w:p>
        </w:tc>
      </w:tr>
      <w:tr>
        <w:tc>
          <w:tcPr>
            <w:tcW w:type="dxa" w:w="4320"/>
          </w:tcPr>
          <w:p>
            <w:r>
              <w:t>A joint lease, joint bank statement, or joint bill</w:t>
            </w:r>
          </w:p>
        </w:tc>
        <w:tc>
          <w:tcPr>
            <w:tcW w:type="dxa" w:w="4320"/>
          </w:tcPr>
          <w:p>
            <w:r>
              <w:t>Last address you lived together and the dates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D. If the beneficiary is already in the U.S. (Adjustment of Status)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I-94 Arrival/Departure record</w:t>
            </w:r>
          </w:p>
        </w:tc>
        <w:tc>
          <w:tcPr>
            <w:tcW w:type="dxa" w:w="4320"/>
          </w:tcPr>
          <w:p>
            <w:r>
              <w:t>I-94 number, date &amp; place of last entry, status, authorized-stay expiry</w:t>
            </w:r>
          </w:p>
        </w:tc>
      </w:tr>
      <w:tr>
        <w:tc>
          <w:tcPr>
            <w:tcW w:type="dxa" w:w="4320"/>
          </w:tcPr>
          <w:p>
            <w:r>
              <w:t>Visa page in the passport</w:t>
            </w:r>
          </w:p>
        </w:tc>
        <w:tc>
          <w:tcPr>
            <w:tcW w:type="dxa" w:w="4320"/>
          </w:tcPr>
          <w:p>
            <w:r>
              <w:t>Visa type and entry details</w:t>
            </w:r>
          </w:p>
        </w:tc>
      </w:tr>
      <w:tr>
        <w:tc>
          <w:tcPr>
            <w:tcW w:type="dxa" w:w="4320"/>
          </w:tcPr>
          <w:p>
            <w:r>
              <w:t>EAD work card or prior USCIS notices (Form I-797)</w:t>
            </w:r>
          </w:p>
        </w:tc>
        <w:tc>
          <w:tcPr>
            <w:tcW w:type="dxa" w:w="4320"/>
          </w:tcPr>
          <w:p>
            <w:r>
              <w:t>A-Number, receipt number, current status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E. Financial — Affidavit of Support (Form I-864, sponsor)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Most recent federal tax return or IRS tax transcript</w:t>
            </w:r>
          </w:p>
        </w:tc>
        <w:tc>
          <w:tcPr>
            <w:tcW w:type="dxa" w:w="4320"/>
          </w:tcPr>
          <w:p>
            <w:r>
              <w:t>Total income, tax-household size, dependents</w:t>
            </w:r>
          </w:p>
        </w:tc>
      </w:tr>
      <w:tr>
        <w:tc>
          <w:tcPr>
            <w:tcW w:type="dxa" w:w="4320"/>
          </w:tcPr>
          <w:p>
            <w:r>
              <w:t>W-2 or 1099 forms</w:t>
            </w:r>
          </w:p>
        </w:tc>
        <w:tc>
          <w:tcPr>
            <w:tcW w:type="dxa" w:w="4320"/>
          </w:tcPr>
          <w:p>
            <w:r>
              <w:t>Annual wages and employer name</w:t>
            </w:r>
          </w:p>
        </w:tc>
      </w:tr>
      <w:tr>
        <w:tc>
          <w:tcPr>
            <w:tcW w:type="dxa" w:w="4320"/>
          </w:tcPr>
          <w:p>
            <w:r>
              <w:t>Recent pay stubs</w:t>
            </w:r>
          </w:p>
        </w:tc>
        <w:tc>
          <w:tcPr>
            <w:tcW w:type="dxa" w:w="4320"/>
          </w:tcPr>
          <w:p>
            <w:r>
              <w:t>Current employer, occupation, income</w:t>
            </w:r>
          </w:p>
        </w:tc>
      </w:tr>
      <w:tr>
        <w:tc>
          <w:tcPr>
            <w:tcW w:type="dxa" w:w="4320"/>
          </w:tcPr>
          <w:p>
            <w:r>
              <w:t>Employer letter</w:t>
            </w:r>
          </w:p>
        </w:tc>
        <w:tc>
          <w:tcPr>
            <w:tcW w:type="dxa" w:w="4320"/>
          </w:tcPr>
          <w:p>
            <w:r>
              <w:t>Job title, employer address, salary</w:t>
            </w:r>
          </w:p>
        </w:tc>
      </w:tr>
      <w:tr>
        <w:tc>
          <w:tcPr>
            <w:tcW w:type="dxa" w:w="4320"/>
          </w:tcPr>
          <w:p>
            <w:r>
              <w:t>Bank statements</w:t>
            </w:r>
          </w:p>
        </w:tc>
        <w:tc>
          <w:tcPr>
            <w:tcW w:type="dxa" w:w="4320"/>
          </w:tcPr>
          <w:p>
            <w:r>
              <w:t>Cash and savings balances (only if using assets)</w:t>
            </w:r>
          </w:p>
        </w:tc>
      </w:tr>
      <w:tr>
        <w:tc>
          <w:tcPr>
            <w:tcW w:type="dxa" w:w="4320"/>
          </w:tcPr>
          <w:p>
            <w:r>
              <w:t>Property tax bill, deed, or brokerage statement</w:t>
            </w:r>
          </w:p>
        </w:tc>
        <w:tc>
          <w:tcPr>
            <w:tcW w:type="dxa" w:w="4320"/>
          </w:tcPr>
          <w:p>
            <w:r>
              <w:t>Real-estate &amp; investment values (optional, only if using assets)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F. Address &amp; work history (last 5 years — for I-130A and DS-260)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it fills in</w:t>
            </w:r>
          </w:p>
        </w:tc>
      </w:tr>
      <w:tr>
        <w:tc>
          <w:tcPr>
            <w:tcW w:type="dxa" w:w="4320"/>
          </w:tcPr>
          <w:p>
            <w:r>
              <w:t>Old bills, leases, or bank statements</w:t>
            </w:r>
          </w:p>
        </w:tc>
        <w:tc>
          <w:tcPr>
            <w:tcW w:type="dxa" w:w="4320"/>
          </w:tcPr>
          <w:p>
            <w:r>
              <w:t>Prior addresses with move-in and move-out dates</w:t>
            </w:r>
          </w:p>
        </w:tc>
      </w:tr>
      <w:tr>
        <w:tc>
          <w:tcPr>
            <w:tcW w:type="dxa" w:w="4320"/>
          </w:tcPr>
          <w:p>
            <w:r>
              <w:t>Pay stubs, employer letters, or your resume/CV</w:t>
            </w:r>
          </w:p>
        </w:tc>
        <w:tc>
          <w:tcPr>
            <w:tcW w:type="dxa" w:w="4320"/>
          </w:tcPr>
          <w:p>
            <w:r>
              <w:t>Employer names &amp; addresses, job titles, employment dates</w:t>
            </w:r>
          </w:p>
        </w:tc>
      </w:tr>
      <w:tr>
        <w:tc>
          <w:tcPr>
            <w:tcW w:type="dxa" w:w="4320"/>
          </w:tcPr>
          <w:p>
            <w:r>
              <w:t>Diploma, degree, or transcript</w:t>
            </w:r>
          </w:p>
        </w:tc>
        <w:tc>
          <w:tcPr>
            <w:tcW w:type="dxa" w:w="4320"/>
          </w:tcPr>
          <w:p>
            <w:r>
              <w:t>Highest education, school name &amp; address, field and dates of study</w:t>
            </w:r>
          </w:p>
        </w:tc>
      </w:tr>
    </w:tbl>
    <w:p/>
    <w:p>
      <w:pPr>
        <w:pStyle w:val="Heading1"/>
      </w:pPr>
      <w:r>
        <w:rPr>
          <w:color w:val="1F2A44"/>
          <w:sz w:val="26"/>
        </w:rPr>
        <w:t>What you'll simply answer (no document needed)</w:t>
      </w:r>
    </w:p>
    <w:p>
      <w:r>
        <w:t>A few answers have no document and are simply entered in the questionnaire: race and ethnicity; height, weight, eye and hair color; the DS-260 security/background questions; and any social-media usernames.</w:t>
      </w:r>
    </w:p>
    <w:p/>
    <w:p>
      <w:r>
        <w:rPr>
          <w:i/>
          <w:color w:val="059669"/>
        </w:rPr>
        <w:t>Good news: about 80% of the hard details (names, dates of birth, A-numbers, passport numbers, and addresses) come straight off just five everyday documents — your passport, birth certificate, green card or naturalization certificate, I-94, and a tax return or W-2.</w:t>
      </w:r>
    </w:p>
    <w:p/>
    <w:p>
      <w:pPr>
        <w:jc w:val="center"/>
      </w:pPr>
      <w:r>
        <w:rPr>
          <w:color w:val="555555"/>
          <w:sz w:val="16"/>
        </w:rPr>
        <w:t>ImmigrationUSA is an independent private service and is not a law firm. You review and approve everything before filing. · September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